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3384"/>
        <w:gridCol w:w="3564"/>
      </w:tblGrid>
      <w:tr w:rsidR="007363EC" w14:paraId="1074A756" w14:textId="77777777" w:rsidTr="009B7268">
        <w:trPr>
          <w:trHeight w:val="1877"/>
          <w:jc w:val="center"/>
        </w:trPr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BED04E" w14:textId="785F9517" w:rsidR="007363EC" w:rsidRDefault="00000000">
            <w:pPr>
              <w:spacing w:after="60"/>
            </w:pPr>
            <w:r>
              <w:rPr>
                <w:b/>
                <w:sz w:val="22"/>
              </w:rPr>
              <w:t xml:space="preserve">Target Reference </w:t>
            </w:r>
            <w:r w:rsidR="009B7268">
              <w:rPr>
                <w:b/>
                <w:sz w:val="22"/>
              </w:rPr>
              <w:t>Information</w:t>
            </w:r>
          </w:p>
          <w:tbl>
            <w:tblPr>
              <w:tblW w:w="3315" w:type="dxa"/>
              <w:tblLayout w:type="fixed"/>
              <w:tblLook w:val="04A0" w:firstRow="1" w:lastRow="0" w:firstColumn="1" w:lastColumn="0" w:noHBand="0" w:noVBand="1"/>
            </w:tblPr>
            <w:tblGrid>
              <w:gridCol w:w="1245"/>
              <w:gridCol w:w="2070"/>
            </w:tblGrid>
            <w:tr w:rsidR="007363EC" w14:paraId="01F4CB35" w14:textId="77777777" w:rsidTr="00781236">
              <w:trPr>
                <w:trHeight w:hRule="exact" w:val="240"/>
              </w:trPr>
              <w:tc>
                <w:tcPr>
                  <w:tcW w:w="124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0249EFB2" w14:textId="77777777" w:rsidR="007363EC" w:rsidRDefault="00000000">
                  <w:r>
                    <w:rPr>
                      <w:sz w:val="18"/>
                    </w:rPr>
                    <w:t>Object:</w:t>
                  </w:r>
                </w:p>
              </w:tc>
              <w:tc>
                <w:tcPr>
                  <w:tcW w:w="2070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697D2B58" w14:textId="77777777" w:rsidR="007363EC" w:rsidRDefault="007363EC"/>
              </w:tc>
            </w:tr>
            <w:tr w:rsidR="007363EC" w14:paraId="02B82027" w14:textId="77777777" w:rsidTr="00781236">
              <w:trPr>
                <w:trHeight w:hRule="exact" w:val="240"/>
              </w:trPr>
              <w:tc>
                <w:tcPr>
                  <w:tcW w:w="124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27245A84" w14:textId="77777777" w:rsidR="007363EC" w:rsidRDefault="00000000">
                  <w:r>
                    <w:rPr>
                      <w:sz w:val="18"/>
                    </w:rPr>
                    <w:t>Constellation:</w:t>
                  </w:r>
                </w:p>
              </w:tc>
              <w:tc>
                <w:tcPr>
                  <w:tcW w:w="2070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38B13E84" w14:textId="77777777" w:rsidR="007363EC" w:rsidRDefault="007363EC"/>
              </w:tc>
            </w:tr>
            <w:tr w:rsidR="007363EC" w14:paraId="42C5BCE3" w14:textId="77777777" w:rsidTr="00781236">
              <w:trPr>
                <w:trHeight w:hRule="exact" w:val="240"/>
              </w:trPr>
              <w:tc>
                <w:tcPr>
                  <w:tcW w:w="124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6CB6359B" w14:textId="77777777" w:rsidR="007363EC" w:rsidRDefault="00000000">
                  <w:r>
                    <w:rPr>
                      <w:sz w:val="18"/>
                    </w:rPr>
                    <w:t>Object type:</w:t>
                  </w:r>
                </w:p>
              </w:tc>
              <w:tc>
                <w:tcPr>
                  <w:tcW w:w="2070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2533796B" w14:textId="77777777" w:rsidR="007363EC" w:rsidRDefault="007363EC"/>
              </w:tc>
            </w:tr>
            <w:tr w:rsidR="007363EC" w14:paraId="6ADA7990" w14:textId="77777777" w:rsidTr="00781236">
              <w:trPr>
                <w:trHeight w:hRule="exact" w:val="240"/>
              </w:trPr>
              <w:tc>
                <w:tcPr>
                  <w:tcW w:w="124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36EC2117" w14:textId="77777777" w:rsidR="007363EC" w:rsidRDefault="00000000">
                  <w:r>
                    <w:rPr>
                      <w:sz w:val="18"/>
                    </w:rPr>
                    <w:t>RA/Dec (J2000):</w:t>
                  </w:r>
                </w:p>
              </w:tc>
              <w:tc>
                <w:tcPr>
                  <w:tcW w:w="2070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1BBE33EB" w14:textId="77777777" w:rsidR="007363EC" w:rsidRDefault="007363EC"/>
              </w:tc>
            </w:tr>
            <w:tr w:rsidR="007363EC" w14:paraId="6AF52197" w14:textId="77777777" w:rsidTr="00781236">
              <w:trPr>
                <w:trHeight w:hRule="exact" w:val="240"/>
              </w:trPr>
              <w:tc>
                <w:tcPr>
                  <w:tcW w:w="124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5A76762F" w14:textId="5BCB5AD3" w:rsidR="007363EC" w:rsidRDefault="00000000">
                  <w:r>
                    <w:rPr>
                      <w:sz w:val="18"/>
                    </w:rPr>
                    <w:t>Mag / size:</w:t>
                  </w:r>
                </w:p>
              </w:tc>
              <w:tc>
                <w:tcPr>
                  <w:tcW w:w="2070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0DA0C012" w14:textId="77777777" w:rsidR="007363EC" w:rsidRDefault="007363EC"/>
              </w:tc>
            </w:tr>
            <w:tr w:rsidR="007363EC" w14:paraId="35627D96" w14:textId="77777777" w:rsidTr="00781236">
              <w:trPr>
                <w:trHeight w:hRule="exact" w:val="240"/>
              </w:trPr>
              <w:tc>
                <w:tcPr>
                  <w:tcW w:w="124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5916A0C1" w14:textId="15276C48" w:rsidR="007363EC" w:rsidRDefault="00000000">
                  <w:r>
                    <w:rPr>
                      <w:sz w:val="18"/>
                    </w:rPr>
                    <w:t>Ref / page:</w:t>
                  </w:r>
                </w:p>
              </w:tc>
              <w:tc>
                <w:tcPr>
                  <w:tcW w:w="2070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5421F28A" w14:textId="05E7889F" w:rsidR="007363EC" w:rsidRDefault="007363EC"/>
              </w:tc>
            </w:tr>
          </w:tbl>
          <w:p w14:paraId="1E78BB16" w14:textId="77777777" w:rsidR="007363EC" w:rsidRDefault="007363EC"/>
        </w:tc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ADFB6F" w14:textId="2BEED199" w:rsidR="007363EC" w:rsidRDefault="00000000">
            <w:pPr>
              <w:spacing w:after="60"/>
            </w:pPr>
            <w:r>
              <w:rPr>
                <w:b/>
                <w:sz w:val="22"/>
              </w:rPr>
              <w:t xml:space="preserve">Session </w:t>
            </w:r>
            <w:r w:rsidR="009B7268">
              <w:rPr>
                <w:b/>
                <w:sz w:val="22"/>
              </w:rPr>
              <w:t>Data</w:t>
            </w:r>
          </w:p>
          <w:tbl>
            <w:tblPr>
              <w:tblW w:w="3360" w:type="dxa"/>
              <w:tblLayout w:type="fixed"/>
              <w:tblLook w:val="04A0" w:firstRow="1" w:lastRow="0" w:firstColumn="1" w:lastColumn="0" w:noHBand="0" w:noVBand="1"/>
            </w:tblPr>
            <w:tblGrid>
              <w:gridCol w:w="1740"/>
              <w:gridCol w:w="1620"/>
            </w:tblGrid>
            <w:tr w:rsidR="007363EC" w14:paraId="1B5AD706" w14:textId="77777777" w:rsidTr="00BF2833">
              <w:trPr>
                <w:trHeight w:hRule="exact" w:val="24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65938CE4" w14:textId="77777777" w:rsidR="007363EC" w:rsidRDefault="00000000">
                  <w:r>
                    <w:rPr>
                      <w:sz w:val="17"/>
                    </w:rPr>
                    <w:t>Date: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6890F02D" w14:textId="77777777" w:rsidR="007363EC" w:rsidRDefault="007363EC"/>
              </w:tc>
            </w:tr>
            <w:tr w:rsidR="007363EC" w14:paraId="17EEACB0" w14:textId="77777777" w:rsidTr="00BF2833">
              <w:trPr>
                <w:trHeight w:hRule="exact" w:val="24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06F7D182" w14:textId="2B0FD6DE" w:rsidR="007363EC" w:rsidRDefault="00000000">
                  <w:r>
                    <w:rPr>
                      <w:sz w:val="17"/>
                    </w:rPr>
                    <w:t>Time</w:t>
                  </w:r>
                  <w:r w:rsidR="00573846">
                    <w:rPr>
                      <w:sz w:val="17"/>
                    </w:rPr>
                    <w:t xml:space="preserve"> (Local)</w:t>
                  </w:r>
                  <w:r>
                    <w:rPr>
                      <w:sz w:val="17"/>
                    </w:rPr>
                    <w:t>: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6C2D10E9" w14:textId="77777777" w:rsidR="007363EC" w:rsidRDefault="007363EC"/>
              </w:tc>
            </w:tr>
            <w:tr w:rsidR="007363EC" w14:paraId="52738E94" w14:textId="77777777" w:rsidTr="00BF2833">
              <w:trPr>
                <w:trHeight w:hRule="exact" w:val="24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35482DEC" w14:textId="1E59C419" w:rsidR="007363EC" w:rsidRDefault="00000000">
                  <w:r>
                    <w:rPr>
                      <w:sz w:val="17"/>
                    </w:rPr>
                    <w:t>Seeing (</w:t>
                  </w:r>
                  <w:r w:rsidR="00573846">
                    <w:rPr>
                      <w:sz w:val="17"/>
                    </w:rPr>
                    <w:t>1-5</w:t>
                  </w:r>
                  <w:r>
                    <w:rPr>
                      <w:sz w:val="17"/>
                    </w:rPr>
                    <w:t>):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2D167AD8" w14:textId="77777777" w:rsidR="007363EC" w:rsidRDefault="007363EC"/>
              </w:tc>
            </w:tr>
            <w:tr w:rsidR="007363EC" w14:paraId="259782B4" w14:textId="77777777" w:rsidTr="00BF2833">
              <w:trPr>
                <w:trHeight w:hRule="exact" w:val="24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3631A300" w14:textId="113FFBE6" w:rsidR="007363EC" w:rsidRDefault="00000000">
                  <w:r>
                    <w:rPr>
                      <w:sz w:val="17"/>
                    </w:rPr>
                    <w:t>Transparency (</w:t>
                  </w:r>
                  <w:r w:rsidR="00573846">
                    <w:rPr>
                      <w:sz w:val="17"/>
                    </w:rPr>
                    <w:t>1-5</w:t>
                  </w:r>
                  <w:r>
                    <w:rPr>
                      <w:sz w:val="17"/>
                    </w:rPr>
                    <w:t>):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29470BAC" w14:textId="77777777" w:rsidR="007363EC" w:rsidRDefault="007363EC"/>
              </w:tc>
            </w:tr>
            <w:tr w:rsidR="007363EC" w14:paraId="502582C4" w14:textId="77777777" w:rsidTr="00BF2833">
              <w:trPr>
                <w:trHeight w:hRule="exact" w:val="24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407DF63A" w14:textId="77777777" w:rsidR="007363EC" w:rsidRDefault="00000000">
                  <w:r>
                    <w:rPr>
                      <w:sz w:val="17"/>
                    </w:rPr>
                    <w:t>SQM-L: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3B5BE9CF" w14:textId="77777777" w:rsidR="007363EC" w:rsidRDefault="007363EC"/>
              </w:tc>
            </w:tr>
            <w:tr w:rsidR="007363EC" w14:paraId="4A3D4C59" w14:textId="77777777" w:rsidTr="00BF2833">
              <w:trPr>
                <w:trHeight w:hRule="exact" w:val="24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4A166781" w14:textId="77777777" w:rsidR="007363EC" w:rsidRDefault="00000000">
                  <w:r>
                    <w:rPr>
                      <w:sz w:val="17"/>
                    </w:rPr>
                    <w:t>Moon (illum %, alt):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588D9295" w14:textId="77777777" w:rsidR="007363EC" w:rsidRDefault="007363EC"/>
              </w:tc>
            </w:tr>
          </w:tbl>
          <w:p w14:paraId="2CA6D397" w14:textId="77777777" w:rsidR="007363EC" w:rsidRDefault="007363EC"/>
        </w:tc>
        <w:tc>
          <w:tcPr>
            <w:tcW w:w="356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tbl>
            <w:tblPr>
              <w:tblW w:w="3456" w:type="dxa"/>
              <w:tblLayout w:type="fixed"/>
              <w:tblLook w:val="04A0" w:firstRow="1" w:lastRow="0" w:firstColumn="1" w:lastColumn="0" w:noHBand="0" w:noVBand="1"/>
            </w:tblPr>
            <w:tblGrid>
              <w:gridCol w:w="3456"/>
            </w:tblGrid>
            <w:tr w:rsidR="007363EC" w14:paraId="25B34046" w14:textId="77777777" w:rsidTr="009B7268">
              <w:tc>
                <w:tcPr>
                  <w:tcW w:w="345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5F964A98" w14:textId="0892C3EF" w:rsidR="007363EC" w:rsidRDefault="00000000">
                  <w:r>
                    <w:rPr>
                      <w:sz w:val="18"/>
                    </w:rPr>
                    <w:t xml:space="preserve">Location:  ☐ Home   </w:t>
                  </w:r>
                </w:p>
                <w:tbl>
                  <w:tblPr>
                    <w:tblW w:w="345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20"/>
                    <w:gridCol w:w="2736"/>
                  </w:tblGrid>
                  <w:tr w:rsidR="007363EC" w14:paraId="232B297B" w14:textId="77777777" w:rsidTr="009B7268">
                    <w:tc>
                      <w:tcPr>
                        <w:tcW w:w="7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0" w:type="dxa"/>
                          <w:left w:w="10" w:type="dxa"/>
                          <w:bottom w:w="10" w:type="dxa"/>
                          <w:right w:w="10" w:type="dxa"/>
                        </w:tcMar>
                      </w:tcPr>
                      <w:p w14:paraId="23B89C89" w14:textId="3F0FC6D7" w:rsidR="007363EC" w:rsidRDefault="009B7268">
                        <w:r>
                          <w:rPr>
                            <w:sz w:val="18"/>
                          </w:rPr>
                          <w:t>☐ Other</w:t>
                        </w:r>
                      </w:p>
                    </w:tc>
                    <w:tc>
                      <w:tcPr>
                        <w:tcW w:w="2736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nil"/>
                        </w:tcBorders>
                        <w:tcMar>
                          <w:top w:w="10" w:type="dxa"/>
                          <w:left w:w="10" w:type="dxa"/>
                          <w:bottom w:w="10" w:type="dxa"/>
                          <w:right w:w="10" w:type="dxa"/>
                        </w:tcMar>
                      </w:tcPr>
                      <w:p w14:paraId="7C59FC26" w14:textId="77777777" w:rsidR="007363EC" w:rsidRDefault="007363EC"/>
                    </w:tc>
                  </w:tr>
                </w:tbl>
                <w:p w14:paraId="49E307E9" w14:textId="77777777" w:rsidR="007363EC" w:rsidRDefault="007363EC"/>
              </w:tc>
            </w:tr>
            <w:tr w:rsidR="007363EC" w14:paraId="18A84F07" w14:textId="77777777" w:rsidTr="009B7268">
              <w:tc>
                <w:tcPr>
                  <w:tcW w:w="345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68B593F8" w14:textId="77777777" w:rsidR="007363EC" w:rsidRDefault="00000000">
                  <w:r>
                    <w:rPr>
                      <w:b/>
                      <w:sz w:val="18"/>
                    </w:rPr>
                    <w:t>Instrument(s):</w:t>
                  </w:r>
                </w:p>
                <w:p w14:paraId="18FA896E" w14:textId="77777777" w:rsidR="007363EC" w:rsidRDefault="00000000">
                  <w:r>
                    <w:rPr>
                      <w:sz w:val="18"/>
                    </w:rPr>
                    <w:t>☐ 12" Dob   ☐ 6" Refr   ☐ 8" SCT</w:t>
                  </w:r>
                </w:p>
                <w:p w14:paraId="5E770FDC" w14:textId="7DA09316" w:rsidR="007363EC" w:rsidRDefault="00000000">
                  <w:r>
                    <w:rPr>
                      <w:sz w:val="18"/>
                    </w:rPr>
                    <w:t>☐ 7x50   ☐ Other: ______________________</w:t>
                  </w:r>
                </w:p>
              </w:tc>
            </w:tr>
            <w:tr w:rsidR="007363EC" w14:paraId="435D1D06" w14:textId="77777777" w:rsidTr="009B7268">
              <w:tc>
                <w:tcPr>
                  <w:tcW w:w="345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tbl>
                  <w:tblPr>
                    <w:tblW w:w="345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260"/>
                    <w:gridCol w:w="2196"/>
                  </w:tblGrid>
                  <w:tr w:rsidR="007363EC" w14:paraId="43522873" w14:textId="77777777" w:rsidTr="009B7268">
                    <w:trPr>
                      <w:trHeight w:hRule="exact" w:val="240"/>
                    </w:trPr>
                    <w:tc>
                      <w:tcPr>
                        <w:tcW w:w="12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0" w:type="dxa"/>
                          <w:left w:w="20" w:type="dxa"/>
                          <w:bottom w:w="20" w:type="dxa"/>
                          <w:right w:w="20" w:type="dxa"/>
                        </w:tcMar>
                      </w:tcPr>
                      <w:p w14:paraId="0CE22C01" w14:textId="71AD360E" w:rsidR="007363EC" w:rsidRDefault="00000000">
                        <w:r>
                          <w:rPr>
                            <w:sz w:val="18"/>
                          </w:rPr>
                          <w:t>Eyepiece</w:t>
                        </w:r>
                        <w:r w:rsidR="00BF2833">
                          <w:rPr>
                            <w:sz w:val="18"/>
                          </w:rPr>
                          <w:t>(s):</w:t>
                        </w:r>
                      </w:p>
                    </w:tc>
                    <w:tc>
                      <w:tcPr>
                        <w:tcW w:w="2196" w:type="dxa"/>
                        <w:tcBorders>
                          <w:top w:val="nil"/>
                          <w:left w:val="nil"/>
                          <w:bottom w:val="single" w:sz="8" w:space="0" w:color="000000"/>
                          <w:right w:val="nil"/>
                        </w:tcBorders>
                        <w:tcMar>
                          <w:top w:w="20" w:type="dxa"/>
                          <w:left w:w="20" w:type="dxa"/>
                          <w:bottom w:w="20" w:type="dxa"/>
                          <w:right w:w="20" w:type="dxa"/>
                        </w:tcMar>
                      </w:tcPr>
                      <w:p w14:paraId="5BBED730" w14:textId="77777777" w:rsidR="007363EC" w:rsidRDefault="007363EC"/>
                    </w:tc>
                  </w:tr>
                </w:tbl>
                <w:p w14:paraId="7864855C" w14:textId="77777777" w:rsidR="007363EC" w:rsidRDefault="007363EC"/>
              </w:tc>
            </w:tr>
          </w:tbl>
          <w:p w14:paraId="2D7C311B" w14:textId="5B76E03C" w:rsidR="007363EC" w:rsidRDefault="002A51B1" w:rsidP="00573846">
            <w:r>
              <w:rPr>
                <w:rFonts w:ascii="Segoe UI Symbol" w:hAnsi="Segoe UI Symbol" w:cs="Segoe UI Symbol"/>
                <w:sz w:val="18"/>
              </w:rPr>
              <w:t xml:space="preserve">Assists:  </w:t>
            </w:r>
            <w:r w:rsidR="00F8420C">
              <w:rPr>
                <w:rFonts w:ascii="Segoe UI Symbol" w:hAnsi="Segoe UI Symbol" w:cs="Segoe UI Symbol"/>
                <w:sz w:val="18"/>
              </w:rPr>
              <w:t>☐</w:t>
            </w:r>
            <w:r w:rsidR="00F8420C">
              <w:rPr>
                <w:sz w:val="18"/>
              </w:rPr>
              <w:t xml:space="preserve"> </w:t>
            </w:r>
            <w:r w:rsidR="00F8420C">
              <w:rPr>
                <w:sz w:val="18"/>
              </w:rPr>
              <w:t>Manual</w:t>
            </w:r>
            <w:r>
              <w:rPr>
                <w:sz w:val="18"/>
              </w:rPr>
              <w:t xml:space="preserve">  </w:t>
            </w:r>
            <w:r w:rsidR="00F8420C">
              <w:rPr>
                <w:sz w:val="18"/>
              </w:rPr>
              <w:t xml:space="preserve"> </w:t>
            </w:r>
            <w:r w:rsidR="00573846">
              <w:rPr>
                <w:rFonts w:ascii="Segoe UI Symbol" w:hAnsi="Segoe UI Symbol" w:cs="Segoe UI Symbol"/>
                <w:sz w:val="18"/>
              </w:rPr>
              <w:t>☐</w:t>
            </w:r>
            <w:r w:rsidR="00573846">
              <w:rPr>
                <w:sz w:val="18"/>
              </w:rPr>
              <w:t xml:space="preserve"> </w:t>
            </w:r>
            <w:r w:rsidR="00573846">
              <w:t>StarSense</w:t>
            </w:r>
            <w:r w:rsidR="00573846">
              <w:t xml:space="preserve"> </w:t>
            </w:r>
            <w:r>
              <w:t xml:space="preserve">  </w:t>
            </w:r>
            <w:r w:rsidR="00573846">
              <w:rPr>
                <w:rFonts w:ascii="Segoe UI Symbol" w:hAnsi="Segoe UI Symbol" w:cs="Segoe UI Symbol"/>
                <w:sz w:val="18"/>
              </w:rPr>
              <w:t>☐</w:t>
            </w:r>
            <w:r w:rsidR="00573846">
              <w:rPr>
                <w:sz w:val="18"/>
              </w:rPr>
              <w:t xml:space="preserve"> </w:t>
            </w:r>
            <w:r w:rsidR="00573846">
              <w:t>Go-To</w:t>
            </w:r>
          </w:p>
        </w:tc>
      </w:tr>
      <w:tr w:rsidR="007363EC" w14:paraId="2F53559A" w14:textId="77777777" w:rsidTr="009B7268">
        <w:trPr>
          <w:trHeight w:val="8672"/>
          <w:jc w:val="center"/>
        </w:trPr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444F81" w14:textId="3B28F8D9" w:rsidR="007363EC" w:rsidRDefault="00000000">
            <w:pPr>
              <w:spacing w:after="60"/>
            </w:pPr>
            <w:r>
              <w:rPr>
                <w:b/>
                <w:sz w:val="22"/>
              </w:rPr>
              <w:t>Sketch</w:t>
            </w:r>
            <w:r w:rsidR="009B7268">
              <w:rPr>
                <w:b/>
                <w:sz w:val="22"/>
              </w:rPr>
              <w:t>(es)</w:t>
            </w:r>
          </w:p>
          <w:p w14:paraId="65AAE9B8" w14:textId="77777777" w:rsidR="007363EC" w:rsidRDefault="00000000">
            <w:pPr>
              <w:spacing w:after="60"/>
            </w:pPr>
            <w:r>
              <w:rPr>
                <w:noProof/>
              </w:rPr>
              <w:drawing>
                <wp:inline distT="0" distB="0" distL="0" distR="0" wp14:anchorId="644755B1" wp14:editId="2AF9A146">
                  <wp:extent cx="2095500" cy="2095500"/>
                  <wp:effectExtent l="0" t="0" r="952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ircle_outline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0" cy="209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3384" w:type="dxa"/>
              <w:tblLayout w:type="fixed"/>
              <w:tblLook w:val="04A0" w:firstRow="1" w:lastRow="0" w:firstColumn="1" w:lastColumn="0" w:noHBand="0" w:noVBand="1"/>
            </w:tblPr>
            <w:tblGrid>
              <w:gridCol w:w="1110"/>
              <w:gridCol w:w="2274"/>
            </w:tblGrid>
            <w:tr w:rsidR="007363EC" w14:paraId="2B19C9D0" w14:textId="77777777" w:rsidTr="00BF2833">
              <w:trPr>
                <w:trHeight w:hRule="exact" w:val="240"/>
              </w:trPr>
              <w:tc>
                <w:tcPr>
                  <w:tcW w:w="11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68D51A39" w14:textId="12A5C940" w:rsidR="007363EC" w:rsidRDefault="00000000">
                  <w:r>
                    <w:rPr>
                      <w:sz w:val="18"/>
                    </w:rPr>
                    <w:t>Power:</w:t>
                  </w:r>
                </w:p>
              </w:tc>
              <w:tc>
                <w:tcPr>
                  <w:tcW w:w="2274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525BE981" w14:textId="77777777" w:rsidR="007363EC" w:rsidRDefault="007363EC"/>
              </w:tc>
            </w:tr>
            <w:tr w:rsidR="007363EC" w14:paraId="1515A35B" w14:textId="77777777" w:rsidTr="00BF2833">
              <w:trPr>
                <w:trHeight w:hRule="exact" w:val="240"/>
              </w:trPr>
              <w:tc>
                <w:tcPr>
                  <w:tcW w:w="11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17600323" w14:textId="77777777" w:rsidR="007363EC" w:rsidRDefault="00000000">
                  <w:r>
                    <w:rPr>
                      <w:sz w:val="18"/>
                    </w:rPr>
                    <w:t>FOV:</w:t>
                  </w:r>
                </w:p>
              </w:tc>
              <w:tc>
                <w:tcPr>
                  <w:tcW w:w="2274" w:type="dxa"/>
                  <w:tcBorders>
                    <w:top w:val="single" w:sz="8" w:space="0" w:color="000000"/>
                    <w:left w:val="nil"/>
                    <w:bottom w:val="single" w:sz="4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59650FA2" w14:textId="77777777" w:rsidR="007363EC" w:rsidRDefault="007363EC"/>
              </w:tc>
            </w:tr>
            <w:tr w:rsidR="009B7268" w14:paraId="3E0374DC" w14:textId="77777777" w:rsidTr="00BF2833">
              <w:trPr>
                <w:trHeight w:hRule="exact" w:val="240"/>
              </w:trPr>
              <w:tc>
                <w:tcPr>
                  <w:tcW w:w="11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7D114514" w14:textId="735058B0" w:rsidR="009B7268" w:rsidRDefault="009B7268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Filter(s):</w:t>
                  </w:r>
                </w:p>
              </w:tc>
              <w:tc>
                <w:tcPr>
                  <w:tcW w:w="2274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1A941557" w14:textId="77777777" w:rsidR="009B7268" w:rsidRDefault="009B7268"/>
              </w:tc>
            </w:tr>
          </w:tbl>
          <w:p w14:paraId="337A7E76" w14:textId="77777777" w:rsidR="009B7268" w:rsidRDefault="009B7268"/>
          <w:p w14:paraId="52C251A5" w14:textId="77777777" w:rsidR="00781236" w:rsidRDefault="00781236"/>
          <w:p w14:paraId="5ADBC30F" w14:textId="54113712" w:rsidR="007363EC" w:rsidRDefault="009B7268">
            <w:r>
              <w:rPr>
                <w:noProof/>
              </w:rPr>
              <w:drawing>
                <wp:inline distT="0" distB="0" distL="0" distR="0" wp14:anchorId="00F6734A" wp14:editId="09B1A13F">
                  <wp:extent cx="2095500" cy="2095500"/>
                  <wp:effectExtent l="0" t="0" r="0" b="0"/>
                  <wp:docPr id="1268908824" name="Picture 12689088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ircle_outline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0" cy="209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CF6084" w14:textId="77777777" w:rsidR="009B7268" w:rsidRDefault="009B7268" w:rsidP="009B7268">
            <w:pPr>
              <w:spacing w:after="60"/>
            </w:pPr>
          </w:p>
          <w:tbl>
            <w:tblPr>
              <w:tblW w:w="3384" w:type="dxa"/>
              <w:tblLayout w:type="fixed"/>
              <w:tblLook w:val="04A0" w:firstRow="1" w:lastRow="0" w:firstColumn="1" w:lastColumn="0" w:noHBand="0" w:noVBand="1"/>
            </w:tblPr>
            <w:tblGrid>
              <w:gridCol w:w="1110"/>
              <w:gridCol w:w="2274"/>
            </w:tblGrid>
            <w:tr w:rsidR="009B7268" w14:paraId="32215EBF" w14:textId="77777777" w:rsidTr="00BF2833">
              <w:trPr>
                <w:trHeight w:hRule="exact" w:val="240"/>
              </w:trPr>
              <w:tc>
                <w:tcPr>
                  <w:tcW w:w="11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13B67EB9" w14:textId="04126F32" w:rsidR="009B7268" w:rsidRDefault="009B7268" w:rsidP="009B7268">
                  <w:r>
                    <w:rPr>
                      <w:sz w:val="18"/>
                    </w:rPr>
                    <w:t>Power:</w:t>
                  </w:r>
                </w:p>
              </w:tc>
              <w:tc>
                <w:tcPr>
                  <w:tcW w:w="2274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5B283FB8" w14:textId="77777777" w:rsidR="009B7268" w:rsidRDefault="009B7268" w:rsidP="009B7268"/>
              </w:tc>
            </w:tr>
            <w:tr w:rsidR="009B7268" w14:paraId="4F3C7AC6" w14:textId="77777777" w:rsidTr="00BF2833">
              <w:trPr>
                <w:trHeight w:hRule="exact" w:val="240"/>
              </w:trPr>
              <w:tc>
                <w:tcPr>
                  <w:tcW w:w="11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453C8440" w14:textId="77777777" w:rsidR="009B7268" w:rsidRDefault="009B7268" w:rsidP="009B7268">
                  <w:r>
                    <w:rPr>
                      <w:sz w:val="18"/>
                    </w:rPr>
                    <w:t>FOV:</w:t>
                  </w:r>
                </w:p>
              </w:tc>
              <w:tc>
                <w:tcPr>
                  <w:tcW w:w="2274" w:type="dxa"/>
                  <w:tcBorders>
                    <w:top w:val="single" w:sz="8" w:space="0" w:color="000000"/>
                    <w:left w:val="nil"/>
                    <w:bottom w:val="single" w:sz="4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3DAA744D" w14:textId="77777777" w:rsidR="009B7268" w:rsidRDefault="009B7268" w:rsidP="009B7268"/>
              </w:tc>
            </w:tr>
            <w:tr w:rsidR="009B7268" w14:paraId="1F07DF62" w14:textId="77777777" w:rsidTr="00BF2833">
              <w:trPr>
                <w:trHeight w:hRule="exact" w:val="240"/>
              </w:trPr>
              <w:tc>
                <w:tcPr>
                  <w:tcW w:w="11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5E3EDEBC" w14:textId="77777777" w:rsidR="009B7268" w:rsidRDefault="009B7268" w:rsidP="009B7268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Filter(s):</w:t>
                  </w:r>
                </w:p>
              </w:tc>
              <w:tc>
                <w:tcPr>
                  <w:tcW w:w="2274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2CF3C636" w14:textId="77777777" w:rsidR="009B7268" w:rsidRDefault="009B7268" w:rsidP="009B7268"/>
              </w:tc>
            </w:tr>
          </w:tbl>
          <w:p w14:paraId="16084796" w14:textId="77777777" w:rsidR="009B7268" w:rsidRDefault="009B7268"/>
          <w:p w14:paraId="7A2883F1" w14:textId="00C0C414" w:rsidR="00BF2833" w:rsidRPr="00F8420C" w:rsidRDefault="00F8420C">
            <w:pPr>
              <w:rPr>
                <w:b/>
                <w:bCs/>
              </w:rPr>
            </w:pPr>
            <w:r w:rsidRPr="00F8420C">
              <w:rPr>
                <w:b/>
                <w:bCs/>
              </w:rPr>
              <w:t>Reminder:  Add N/E and Drift arrows</w:t>
            </w:r>
          </w:p>
        </w:tc>
        <w:tc>
          <w:tcPr>
            <w:tcW w:w="69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tbl>
            <w:tblPr>
              <w:tblW w:w="6849" w:type="dxa"/>
              <w:tblLayout w:type="fixed"/>
              <w:tblLook w:val="04A0" w:firstRow="1" w:lastRow="0" w:firstColumn="1" w:lastColumn="0" w:noHBand="0" w:noVBand="1"/>
            </w:tblPr>
            <w:tblGrid>
              <w:gridCol w:w="235"/>
              <w:gridCol w:w="235"/>
              <w:gridCol w:w="234"/>
              <w:gridCol w:w="235"/>
              <w:gridCol w:w="237"/>
              <w:gridCol w:w="232"/>
              <w:gridCol w:w="240"/>
              <w:gridCol w:w="240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41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</w:tblGrid>
            <w:tr w:rsidR="00BF2833" w14:paraId="56974560" w14:textId="77777777" w:rsidTr="00220C1C">
              <w:trPr>
                <w:trHeight w:hRule="exact" w:val="288"/>
              </w:trPr>
              <w:tc>
                <w:tcPr>
                  <w:tcW w:w="6849" w:type="dxa"/>
                  <w:gridSpan w:val="29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17BD496" w14:textId="4B27EC41" w:rsidR="00BF2833" w:rsidRPr="00BF2833" w:rsidRDefault="00BF2833" w:rsidP="00220C1C">
                  <w:pPr>
                    <w:rPr>
                      <w:b/>
                      <w:bCs/>
                    </w:rPr>
                  </w:pPr>
                  <w:r w:rsidRPr="00BF2833">
                    <w:rPr>
                      <w:b/>
                      <w:bCs/>
                    </w:rPr>
                    <w:t>Description of Object:</w:t>
                  </w:r>
                  <w:r w:rsidR="00F8420C">
                    <w:rPr>
                      <w:b/>
                      <w:bCs/>
                    </w:rPr>
                    <w:t xml:space="preserve">                                                </w:t>
                  </w:r>
                  <w:r w:rsidR="00F8420C" w:rsidRPr="00F8420C">
                    <w:rPr>
                      <w:rFonts w:ascii="Segoe UI Symbol" w:hAnsi="Segoe UI Symbol" w:cs="Segoe UI Symbol"/>
                    </w:rPr>
                    <w:t xml:space="preserve"> </w:t>
                  </w:r>
                  <w:r w:rsidR="00F8420C" w:rsidRPr="00F8420C">
                    <w:rPr>
                      <w:rFonts w:ascii="Segoe UI Symbol" w:hAnsi="Segoe UI Symbol" w:cs="Segoe UI Symbol"/>
                      <w:b/>
                      <w:bCs/>
                    </w:rPr>
                    <w:t>☐</w:t>
                  </w:r>
                  <w:r w:rsidR="00F8420C" w:rsidRPr="00F8420C">
                    <w:rPr>
                      <w:b/>
                      <w:bCs/>
                    </w:rPr>
                    <w:t xml:space="preserve"> Seen </w:t>
                  </w:r>
                  <w:r w:rsidR="00F8420C" w:rsidRPr="00F8420C">
                    <w:rPr>
                      <w:rFonts w:ascii="Segoe UI Symbol" w:hAnsi="Segoe UI Symbol" w:cs="Segoe UI Symbol"/>
                      <w:b/>
                      <w:bCs/>
                    </w:rPr>
                    <w:t>☐</w:t>
                  </w:r>
                  <w:r w:rsidR="00F8420C" w:rsidRPr="00F8420C">
                    <w:rPr>
                      <w:b/>
                      <w:bCs/>
                    </w:rPr>
                    <w:t xml:space="preserve"> Suspected </w:t>
                  </w:r>
                  <w:r w:rsidR="00F8420C" w:rsidRPr="00F8420C">
                    <w:rPr>
                      <w:rFonts w:ascii="Segoe UI Symbol" w:hAnsi="Segoe UI Symbol" w:cs="Segoe UI Symbol"/>
                      <w:b/>
                      <w:bCs/>
                    </w:rPr>
                    <w:t>☐</w:t>
                  </w:r>
                  <w:r w:rsidR="00F8420C" w:rsidRPr="00F8420C">
                    <w:rPr>
                      <w:b/>
                      <w:bCs/>
                    </w:rPr>
                    <w:t xml:space="preserve"> Not seen</w:t>
                  </w:r>
                </w:p>
              </w:tc>
            </w:tr>
            <w:tr w:rsidR="009B7268" w14:paraId="47E8349F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7F77DB0" w14:textId="77777777" w:rsidR="009B7268" w:rsidRDefault="009B7268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C9DBE6D" w14:textId="77777777" w:rsidR="009B7268" w:rsidRDefault="009B7268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A9F39C7" w14:textId="77777777" w:rsidR="009B7268" w:rsidRDefault="009B7268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97893EF" w14:textId="77777777" w:rsidR="009B7268" w:rsidRDefault="009B7268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1D00F6B" w14:textId="77777777" w:rsidR="009B7268" w:rsidRDefault="009B7268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5EC3C50" w14:textId="77777777" w:rsidR="009B7268" w:rsidRDefault="009B7268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2D284A2" w14:textId="77777777" w:rsidR="009B7268" w:rsidRDefault="009B7268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136FDD7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5B4E36B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7855031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06268AD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A569EDE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819ABAD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BDBDD72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CCB30D6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A1D5418" w14:textId="77777777" w:rsidR="009B7268" w:rsidRDefault="009B7268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22FC1BC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D2818CC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64C193C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070E571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61F074E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F67FA5A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2FC1F52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D4A5159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71FA4E3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405857C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2DECAE7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81AC648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6355AC7" w14:textId="77777777" w:rsidR="009B7268" w:rsidRDefault="009B7268"/>
              </w:tc>
            </w:tr>
            <w:tr w:rsidR="009B7268" w14:paraId="1AA0C631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44D4746" w14:textId="77777777" w:rsidR="009B7268" w:rsidRDefault="009B7268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3B40247" w14:textId="77777777" w:rsidR="009B7268" w:rsidRDefault="009B7268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BC819F6" w14:textId="77777777" w:rsidR="009B7268" w:rsidRDefault="009B7268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698C6BC" w14:textId="77777777" w:rsidR="009B7268" w:rsidRDefault="009B7268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E0D085E" w14:textId="77777777" w:rsidR="009B7268" w:rsidRDefault="009B7268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506D179" w14:textId="77777777" w:rsidR="009B7268" w:rsidRDefault="009B7268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19EC1D5" w14:textId="77777777" w:rsidR="009B7268" w:rsidRDefault="009B7268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27EEF09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AA4D9E6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1483E27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B85105F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AD1DAD0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FC43BBF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634F496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8981567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337C4F0" w14:textId="77777777" w:rsidR="009B7268" w:rsidRDefault="009B7268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D8B3249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014E12E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C0F6033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4EA7119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101AD7D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8697357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07AD622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3757DD8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D697061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ED43B2C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EEEEC5C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EEE7C68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D79F460" w14:textId="17A20CDD" w:rsidR="009B7268" w:rsidRDefault="009B7268"/>
              </w:tc>
            </w:tr>
            <w:tr w:rsidR="009B7268" w14:paraId="55677FB3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4E00BF0" w14:textId="77777777" w:rsidR="009B7268" w:rsidRDefault="009B7268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236AA43" w14:textId="77777777" w:rsidR="009B7268" w:rsidRDefault="009B7268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62EAF65" w14:textId="77777777" w:rsidR="009B7268" w:rsidRDefault="009B7268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80B947B" w14:textId="77777777" w:rsidR="009B7268" w:rsidRDefault="009B7268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F4BDD8B" w14:textId="77777777" w:rsidR="009B7268" w:rsidRDefault="009B7268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C7EF370" w14:textId="77777777" w:rsidR="009B7268" w:rsidRDefault="009B7268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D4DF6A4" w14:textId="77777777" w:rsidR="009B7268" w:rsidRDefault="009B7268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2FBBB16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E44F5BD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69416BA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A38977D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8187FE8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EEFDDE5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3206246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C66E73B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C098FD0" w14:textId="77777777" w:rsidR="009B7268" w:rsidRDefault="009B7268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5DF103A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97E6FF8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29A29FA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F492E17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57A1321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73CACAF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DB98B4A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2218E4B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C5CA91D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C1E237F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B447C80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D6931A4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2C18712" w14:textId="7A3987DD" w:rsidR="009B7268" w:rsidRDefault="009B7268"/>
              </w:tc>
            </w:tr>
            <w:tr w:rsidR="009B7268" w14:paraId="63A0B20C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E9ADEC7" w14:textId="77777777" w:rsidR="009B7268" w:rsidRDefault="009B7268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6616697" w14:textId="77777777" w:rsidR="009B7268" w:rsidRDefault="009B7268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1A970B8" w14:textId="77777777" w:rsidR="009B7268" w:rsidRDefault="009B7268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C560FB8" w14:textId="77777777" w:rsidR="009B7268" w:rsidRDefault="009B7268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CA5ED9F" w14:textId="77777777" w:rsidR="009B7268" w:rsidRDefault="009B7268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499B632" w14:textId="77777777" w:rsidR="009B7268" w:rsidRDefault="009B7268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7EF4FF1" w14:textId="77777777" w:rsidR="009B7268" w:rsidRDefault="009B7268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2DA97BB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6FBD034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56F2AB0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4C58CEF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9BC955A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2BA6016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304DCEC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C9C14AA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762D8D5" w14:textId="77777777" w:rsidR="009B7268" w:rsidRDefault="009B7268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6253473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C5A0E26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5DD90A2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00285F9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BDA633E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41E2DCD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4CFBE82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0CC3B13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6030412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5F701F7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0133BB1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CE5E2C5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AD189CF" w14:textId="132CBA62" w:rsidR="009B7268" w:rsidRDefault="009B7268"/>
              </w:tc>
            </w:tr>
            <w:tr w:rsidR="009B7268" w14:paraId="1B5E9006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6DB6D1F" w14:textId="77777777" w:rsidR="009B7268" w:rsidRDefault="009B7268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AF61447" w14:textId="77777777" w:rsidR="009B7268" w:rsidRDefault="009B7268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D74D5B6" w14:textId="77777777" w:rsidR="009B7268" w:rsidRDefault="009B7268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63792DD" w14:textId="77777777" w:rsidR="009B7268" w:rsidRDefault="009B7268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D0A09C3" w14:textId="77777777" w:rsidR="009B7268" w:rsidRDefault="009B7268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5258A1C" w14:textId="77777777" w:rsidR="009B7268" w:rsidRDefault="009B7268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C3008DA" w14:textId="77777777" w:rsidR="009B7268" w:rsidRDefault="009B7268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9D03AE9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470BA76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3AE1516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86BCD20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AA92030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544A9ED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637D6CB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7380096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39A8388" w14:textId="77777777" w:rsidR="009B7268" w:rsidRDefault="009B7268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9B4D338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917EAE0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59A83EC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3C3A178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3163CED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72C431E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8178269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8F2A593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FC6D16A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1AB7AF1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A98316A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BAC7C63" w14:textId="77777777" w:rsidR="009B7268" w:rsidRDefault="009B7268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A7B6856" w14:textId="312C0AEA" w:rsidR="009B7268" w:rsidRDefault="009B7268"/>
              </w:tc>
            </w:tr>
            <w:tr w:rsidR="00BF2833" w14:paraId="1A09C022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3D7D506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A13EBAC" w14:textId="77777777" w:rsidR="00BF2833" w:rsidRDefault="00BF2833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944EA92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3E7A8A6" w14:textId="77777777" w:rsidR="00BF2833" w:rsidRDefault="00BF2833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93DB855" w14:textId="77777777" w:rsidR="00BF2833" w:rsidRDefault="00BF2833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FD5480F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43A1D3F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480E3C2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FAE7C9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3EDA08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E33B9B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167E86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A4AE812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6B5C6A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693569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D6D380C" w14:textId="77777777" w:rsidR="00BF2833" w:rsidRDefault="00BF2833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20BD48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AE5841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209CEB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D4BD9D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1F19A2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CB46E4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0F8D53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5189D62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C5AA2D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C264E6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49A8AA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7C5FC3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16991C4" w14:textId="77777777" w:rsidR="00BF2833" w:rsidRDefault="00BF2833"/>
              </w:tc>
            </w:tr>
            <w:tr w:rsidR="00BF2833" w14:paraId="123783EE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5CE4C1D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64A9FD8" w14:textId="77777777" w:rsidR="00BF2833" w:rsidRDefault="00BF2833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7E2FADC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9BE9825" w14:textId="77777777" w:rsidR="00BF2833" w:rsidRDefault="00BF2833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FDFB58F" w14:textId="77777777" w:rsidR="00BF2833" w:rsidRDefault="00BF2833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444FB00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55E16DA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59F799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208923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DDEF5B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D85593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FBCE7B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D11B1D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AE16472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3D7383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295594D" w14:textId="77777777" w:rsidR="00BF2833" w:rsidRDefault="00BF2833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68F89F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BAD461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165C98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8F1013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0C90F5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C5DAEC2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106068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F34DF1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A5ED60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345FF6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F64982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12D890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AEF87BF" w14:textId="77777777" w:rsidR="00BF2833" w:rsidRDefault="00BF2833"/>
              </w:tc>
            </w:tr>
            <w:tr w:rsidR="00BF2833" w14:paraId="409C9E09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16FE6F2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CFBACF4" w14:textId="77777777" w:rsidR="00BF2833" w:rsidRDefault="00BF2833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E26DAB6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3A182A9" w14:textId="77777777" w:rsidR="00BF2833" w:rsidRDefault="00BF2833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61E61B0" w14:textId="77777777" w:rsidR="00BF2833" w:rsidRDefault="00BF2833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6968409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7544B13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7D0F0C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5B1796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48A407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6D851A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3C22D0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B45E41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34D41C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5E1DBF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4C1718C" w14:textId="77777777" w:rsidR="00BF2833" w:rsidRDefault="00BF2833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C2DCC4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40246A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65E9CB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6ADE22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7CADB2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C47065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BCC26C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1F7957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22D46B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DFF214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FAC036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50C184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C0C5819" w14:textId="77777777" w:rsidR="00BF2833" w:rsidRDefault="00BF2833"/>
              </w:tc>
            </w:tr>
            <w:tr w:rsidR="00BF2833" w14:paraId="5F28E6E2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02AC9EB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491013A" w14:textId="77777777" w:rsidR="00BF2833" w:rsidRDefault="00BF2833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9E90B7F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C6B0A08" w14:textId="77777777" w:rsidR="00BF2833" w:rsidRDefault="00BF2833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16CE1B3" w14:textId="77777777" w:rsidR="00BF2833" w:rsidRDefault="00BF2833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91B4F31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7B9E95C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23A511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24634C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A628F9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22AF4E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50267C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8554FE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BE6803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4D1CC7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F9EEA0B" w14:textId="77777777" w:rsidR="00BF2833" w:rsidRDefault="00BF2833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E8593E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587814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A762BA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274558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401923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B539CD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1B532A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F66352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F12AB6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A468722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EBAC87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EA86D8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E7E5252" w14:textId="77777777" w:rsidR="00BF2833" w:rsidRDefault="00BF2833"/>
              </w:tc>
            </w:tr>
            <w:tr w:rsidR="00BF2833" w14:paraId="5DF84877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397E7C8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5A3A418" w14:textId="77777777" w:rsidR="00BF2833" w:rsidRDefault="00BF2833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1DB0EA7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BCDDFA8" w14:textId="77777777" w:rsidR="00BF2833" w:rsidRDefault="00BF2833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409F257" w14:textId="77777777" w:rsidR="00BF2833" w:rsidRDefault="00BF2833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CA2EA4A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1030E4C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D48455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899CCC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F5135B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986CEB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3B58B3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6AA882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735614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5E2EF3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DFED608" w14:textId="77777777" w:rsidR="00BF2833" w:rsidRDefault="00BF2833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465E9B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4C2FDA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78994B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419CD1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CDD210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A48DC3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83404B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EA4B95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066290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A419C4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21557B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7D2CDF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D3539D3" w14:textId="77777777" w:rsidR="00BF2833" w:rsidRDefault="00BF2833"/>
              </w:tc>
            </w:tr>
            <w:tr w:rsidR="00BF2833" w14:paraId="0BFA3F32" w14:textId="77777777" w:rsidTr="00B33D4B">
              <w:trPr>
                <w:trHeight w:hRule="exact" w:val="220"/>
              </w:trPr>
              <w:tc>
                <w:tcPr>
                  <w:tcW w:w="6849" w:type="dxa"/>
                  <w:gridSpan w:val="29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B202A0F" w14:textId="22D62469" w:rsidR="00BF2833" w:rsidRPr="00BF2833" w:rsidRDefault="00BF2833">
                  <w:pPr>
                    <w:rPr>
                      <w:b/>
                      <w:bCs/>
                    </w:rPr>
                  </w:pPr>
                  <w:r w:rsidRPr="00BF2833">
                    <w:rPr>
                      <w:b/>
                      <w:bCs/>
                    </w:rPr>
                    <w:t>Observer</w:t>
                  </w:r>
                  <w:r w:rsidR="00F8420C">
                    <w:rPr>
                      <w:b/>
                      <w:bCs/>
                    </w:rPr>
                    <w:t>’</w:t>
                  </w:r>
                  <w:r w:rsidRPr="00BF2833">
                    <w:rPr>
                      <w:b/>
                      <w:bCs/>
                    </w:rPr>
                    <w:t>s Notes:</w:t>
                  </w:r>
                </w:p>
              </w:tc>
            </w:tr>
            <w:tr w:rsidR="00BF2833" w14:paraId="7D119A3E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3C4486D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C1B4706" w14:textId="77777777" w:rsidR="00BF2833" w:rsidRDefault="00BF2833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D80B1AE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D2D4DD4" w14:textId="77777777" w:rsidR="00BF2833" w:rsidRDefault="00BF2833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E0FB454" w14:textId="77777777" w:rsidR="00BF2833" w:rsidRDefault="00BF2833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B85CD29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71C8525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C2CC1D2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C1465E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596869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AB54A4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7F0862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1583F2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17B3D5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FED16B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58D115F" w14:textId="77777777" w:rsidR="00BF2833" w:rsidRDefault="00BF2833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FE0276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554759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4309752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72A00B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16AB48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59CEB3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FF8C26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547857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3D83D6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9B9BA4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52CA98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D70C1E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9CB087D" w14:textId="77777777" w:rsidR="00BF2833" w:rsidRDefault="00BF2833"/>
              </w:tc>
            </w:tr>
            <w:tr w:rsidR="00BF2833" w14:paraId="72A9EA03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6B28D5C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AE5C928" w14:textId="77777777" w:rsidR="00BF2833" w:rsidRDefault="00BF2833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C62C8FD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4C57A5D" w14:textId="77777777" w:rsidR="00BF2833" w:rsidRDefault="00BF2833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6F3FD35" w14:textId="77777777" w:rsidR="00BF2833" w:rsidRDefault="00BF2833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9458F4D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C976DE3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85F937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5A98C7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47E35E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8E5B64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F8DBA52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B31CC6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07B8BD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EB0C40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E5DCD64" w14:textId="77777777" w:rsidR="00BF2833" w:rsidRDefault="00BF2833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F9D1E5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9A0CA9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889C3E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82E1B3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BD7B93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DE96CD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F004EE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9DF46C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5AC661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1D45F1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B51933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389308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117371C" w14:textId="77777777" w:rsidR="00BF2833" w:rsidRDefault="00BF2833"/>
              </w:tc>
            </w:tr>
            <w:tr w:rsidR="00BF2833" w14:paraId="5EA4A2B1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2200E01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2C62437" w14:textId="77777777" w:rsidR="00BF2833" w:rsidRDefault="00BF2833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6682260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3FBB942" w14:textId="77777777" w:rsidR="00BF2833" w:rsidRDefault="00BF2833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AFEE089" w14:textId="77777777" w:rsidR="00BF2833" w:rsidRDefault="00BF2833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EF8AD27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51792A7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461D03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77D5C4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F4A776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6D348D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29E303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9AC1B7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AA6CFF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C851CD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9B0ED81" w14:textId="77777777" w:rsidR="00BF2833" w:rsidRDefault="00BF2833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3942FB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6F7BF72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978603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A0F013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CAF0E92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2CEE49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624176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1A273D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0435D3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35B095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6819DE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5937E5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6636849" w14:textId="77777777" w:rsidR="00BF2833" w:rsidRDefault="00BF2833"/>
              </w:tc>
            </w:tr>
            <w:tr w:rsidR="00BF2833" w14:paraId="2164AEB8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76590C5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E6FB878" w14:textId="77777777" w:rsidR="00BF2833" w:rsidRDefault="00BF2833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F04CACE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5E51A61" w14:textId="77777777" w:rsidR="00BF2833" w:rsidRDefault="00BF2833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131B109" w14:textId="77777777" w:rsidR="00BF2833" w:rsidRDefault="00BF2833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A619025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BE3A82A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7B7537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F09A79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070126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67E76F2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CA5FBF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6C08C6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3D6F21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811DEF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0A40473" w14:textId="77777777" w:rsidR="00BF2833" w:rsidRDefault="00BF2833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F4B6B4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B5F1872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A39C5B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562B5C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6E3706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E5BD73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45D255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46F315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8C46DD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2B66A0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B0F879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DD1399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E9A52BC" w14:textId="77777777" w:rsidR="00BF2833" w:rsidRDefault="00BF2833"/>
              </w:tc>
            </w:tr>
            <w:tr w:rsidR="00BF2833" w14:paraId="60E1A2AC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E033643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C45A852" w14:textId="77777777" w:rsidR="00BF2833" w:rsidRDefault="00BF2833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7570E8E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1D64357" w14:textId="77777777" w:rsidR="00BF2833" w:rsidRDefault="00BF2833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3E22DB4" w14:textId="77777777" w:rsidR="00BF2833" w:rsidRDefault="00BF2833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7004F11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1E648F8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A8A2D6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1FDBEE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E91C45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926135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4C0404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E6EB79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884EBF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E5E89E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BDE1F58" w14:textId="77777777" w:rsidR="00BF2833" w:rsidRDefault="00BF2833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365292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AE8306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896CA7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BE1532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E3ED90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C19AD2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0156EF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14DD41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1CD52B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CEAF55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CD31A0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999FE9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3C9D448" w14:textId="77777777" w:rsidR="00BF2833" w:rsidRDefault="00BF2833"/>
              </w:tc>
            </w:tr>
            <w:tr w:rsidR="00BF2833" w14:paraId="49114A75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B6685BE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725910E" w14:textId="77777777" w:rsidR="00BF2833" w:rsidRDefault="00BF2833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73AA76B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0358BD7" w14:textId="77777777" w:rsidR="00BF2833" w:rsidRDefault="00BF2833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1427405" w14:textId="77777777" w:rsidR="00BF2833" w:rsidRDefault="00BF2833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D69D782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07D5B17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41C320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8B945D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6B9069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33FE07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4934C3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1DF8DA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84B32C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7E83C6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362577E" w14:textId="77777777" w:rsidR="00BF2833" w:rsidRDefault="00BF2833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EC3645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8EC9F0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89E2922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69CE9C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CC1246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89E443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AAC69D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365583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1F5FA2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48B025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3E5785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547101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2419581" w14:textId="77777777" w:rsidR="00BF2833" w:rsidRDefault="00BF2833"/>
              </w:tc>
            </w:tr>
            <w:tr w:rsidR="00BF2833" w14:paraId="75CAEADE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A4EB5FF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8A8A353" w14:textId="77777777" w:rsidR="00BF2833" w:rsidRDefault="00BF2833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88E56A8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79F4B04" w14:textId="77777777" w:rsidR="00BF2833" w:rsidRDefault="00BF2833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50DA614" w14:textId="77777777" w:rsidR="00BF2833" w:rsidRDefault="00BF2833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7A92E00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0567C96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0F63E0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1B5E9C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AD68D0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3EE379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4D8609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BFE89E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EFD1ED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F95C3B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F8370E5" w14:textId="77777777" w:rsidR="00BF2833" w:rsidRDefault="00BF2833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08EDA6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35E949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E781F0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14B412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F0E9D4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EB4842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E3EEAC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EC235A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B92161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E65A3C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C48F112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555090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A48CC1B" w14:textId="77777777" w:rsidR="00BF2833" w:rsidRDefault="00BF2833"/>
              </w:tc>
            </w:tr>
            <w:tr w:rsidR="00BF2833" w14:paraId="608850B7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01692A5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D046129" w14:textId="77777777" w:rsidR="00BF2833" w:rsidRDefault="00BF2833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C105BF5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AA48313" w14:textId="77777777" w:rsidR="00BF2833" w:rsidRDefault="00BF2833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44524CD" w14:textId="77777777" w:rsidR="00BF2833" w:rsidRDefault="00BF2833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BA1AF74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4D4CCF6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2C7A85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09233E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3DDE90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3418FA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530E46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FB6F8D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9753D8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1C538D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6221B58" w14:textId="77777777" w:rsidR="00BF2833" w:rsidRDefault="00BF2833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57FE24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6177E9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E5FB8A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93AA93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A79993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5F69EE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13BD7C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FD25D9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45D315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63A950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073C66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48FDC6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E07139E" w14:textId="77777777" w:rsidR="00BF2833" w:rsidRDefault="00BF2833"/>
              </w:tc>
            </w:tr>
            <w:tr w:rsidR="00BF2833" w14:paraId="7C33D6FD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BBA7FF9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CCC5756" w14:textId="77777777" w:rsidR="00BF2833" w:rsidRDefault="00BF2833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63F5CF3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7DDC6E5" w14:textId="77777777" w:rsidR="00BF2833" w:rsidRDefault="00BF2833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2241941" w14:textId="77777777" w:rsidR="00BF2833" w:rsidRDefault="00BF2833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DE9B930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A7259E7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FEFC94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D0AC61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15E843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203621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6D5D41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436F6E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BAB371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26D3D2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3CFEC2B" w14:textId="77777777" w:rsidR="00BF2833" w:rsidRDefault="00BF2833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AA3EFC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E32B46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A3FD11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D4490E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A77E74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4F158B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9E4C23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7FC779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B860A52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046B37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360E27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6DC7BB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3840EAE" w14:textId="77777777" w:rsidR="00BF2833" w:rsidRDefault="00BF2833"/>
              </w:tc>
            </w:tr>
            <w:tr w:rsidR="00BF2833" w14:paraId="6B72D07B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02BA0BF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4C26CB8" w14:textId="77777777" w:rsidR="00BF2833" w:rsidRDefault="00BF2833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1D1A490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2A308BE" w14:textId="77777777" w:rsidR="00BF2833" w:rsidRDefault="00BF2833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3935875" w14:textId="77777777" w:rsidR="00BF2833" w:rsidRDefault="00BF2833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6B56F05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9711006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1807DB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964810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FB764A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99C41F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A9B738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8ABD0D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278B1C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B493D6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3C50935" w14:textId="77777777" w:rsidR="00BF2833" w:rsidRDefault="00BF2833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8FF14F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CD411F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EC2CA9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1E3A94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5E0C94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B96782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68BE4A2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FCECF6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BF67C6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A0E5B4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3D1461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E7A547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6065188" w14:textId="77777777" w:rsidR="00BF2833" w:rsidRDefault="00BF2833"/>
              </w:tc>
            </w:tr>
            <w:tr w:rsidR="00BF2833" w14:paraId="0F8E8B5E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F7C0837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454085D" w14:textId="77777777" w:rsidR="00BF2833" w:rsidRDefault="00BF2833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6D19E37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2AF9A4A" w14:textId="77777777" w:rsidR="00BF2833" w:rsidRDefault="00BF2833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5BF01E5" w14:textId="77777777" w:rsidR="00BF2833" w:rsidRDefault="00BF2833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BB86F15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D8A37A5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A85859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F61D03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67E6F6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B859C8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FD2275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C3C98C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BBD4E5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873A08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6E2EA23" w14:textId="77777777" w:rsidR="00BF2833" w:rsidRDefault="00BF2833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A3CFAF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07381D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A48AE8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15B7AC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D8318E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95F87F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0EF3EE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54E1F82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11B7932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6054B2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420144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DB6686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9CFAF8D" w14:textId="77777777" w:rsidR="00BF2833" w:rsidRDefault="00BF2833"/>
              </w:tc>
            </w:tr>
            <w:tr w:rsidR="00BF2833" w14:paraId="367A8779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1E57384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A8D8737" w14:textId="77777777" w:rsidR="00BF2833" w:rsidRDefault="00BF2833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28910E9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F5AA2DF" w14:textId="77777777" w:rsidR="00BF2833" w:rsidRDefault="00BF2833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32711E4" w14:textId="77777777" w:rsidR="00BF2833" w:rsidRDefault="00BF2833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CE6193D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26328F5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126F2C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E3CA9D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84C7D0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964C91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A841C0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933FEC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AC0ED2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656F67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13A1276" w14:textId="77777777" w:rsidR="00BF2833" w:rsidRDefault="00BF2833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BE333E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64AE22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1D21B8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477CAF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2B217E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54CFA2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524705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1F6CE3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450E8B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EFBC5A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BDACBC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3C91E1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5931431" w14:textId="77777777" w:rsidR="00BF2833" w:rsidRDefault="00BF2833"/>
              </w:tc>
            </w:tr>
            <w:tr w:rsidR="00BF2833" w14:paraId="5F9C116C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978FDE8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1B15E5D" w14:textId="77777777" w:rsidR="00BF2833" w:rsidRDefault="00BF2833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C7DC84A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07982B2" w14:textId="77777777" w:rsidR="00BF2833" w:rsidRDefault="00BF2833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097BFE5" w14:textId="77777777" w:rsidR="00BF2833" w:rsidRDefault="00BF2833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8A98B8F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B5BBED8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9B552C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C34EB1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52AB80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2E3B2A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44961A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E34D56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BEAD88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B81C1A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BEE30BB" w14:textId="77777777" w:rsidR="00BF2833" w:rsidRDefault="00BF2833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BD0375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DE81AC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C5784F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495585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06BD73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42BC3A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DFCB3E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28DA80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F735CD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7BEB26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9CFCA2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38B09B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801941E" w14:textId="77777777" w:rsidR="00BF2833" w:rsidRDefault="00BF2833"/>
              </w:tc>
            </w:tr>
            <w:tr w:rsidR="00BF2833" w14:paraId="3D2141B2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EDFE969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F0A3A76" w14:textId="77777777" w:rsidR="00BF2833" w:rsidRDefault="00BF2833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6718820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C800380" w14:textId="77777777" w:rsidR="00BF2833" w:rsidRDefault="00BF2833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613111B" w14:textId="77777777" w:rsidR="00BF2833" w:rsidRDefault="00BF2833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483F6D9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5A1CBF6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B1A49D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A8FED7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E969E3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3407A9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BAC188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435977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700482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0DC180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6923F39" w14:textId="77777777" w:rsidR="00BF2833" w:rsidRDefault="00BF2833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3904B8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1ADF0A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8F7020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7149C1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CB4A28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8CCDBA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6138D1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7190CD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70D76C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A91B93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37BF49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562E46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DE108F3" w14:textId="77777777" w:rsidR="00BF2833" w:rsidRDefault="00BF2833"/>
              </w:tc>
            </w:tr>
            <w:tr w:rsidR="00BF2833" w14:paraId="4BDC5990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D7371DA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0E37377" w14:textId="77777777" w:rsidR="00BF2833" w:rsidRDefault="00BF2833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0D169B5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CD1178E" w14:textId="77777777" w:rsidR="00BF2833" w:rsidRDefault="00BF2833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C814B0C" w14:textId="77777777" w:rsidR="00BF2833" w:rsidRDefault="00BF2833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728E880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76C2183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A4E5C1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B30568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873F692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3C7191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81AE10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A37703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BD8709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964AB8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6140206" w14:textId="77777777" w:rsidR="00BF2833" w:rsidRDefault="00BF2833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89E86A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4A1ADA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98EF36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C1C57E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66566F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B2C5CD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FF34E2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40AB73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A22980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C2F64D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13B6DB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FEC930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1D1E21D" w14:textId="77777777" w:rsidR="00BF2833" w:rsidRDefault="00BF2833"/>
              </w:tc>
            </w:tr>
            <w:tr w:rsidR="00BF2833" w14:paraId="4FDCCF29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0BC2867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D66B5B0" w14:textId="77777777" w:rsidR="00BF2833" w:rsidRDefault="00BF2833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854D23E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9125BEE" w14:textId="77777777" w:rsidR="00BF2833" w:rsidRDefault="00BF2833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05D9746" w14:textId="77777777" w:rsidR="00BF2833" w:rsidRDefault="00BF2833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1811BCA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113F98A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658DEF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A6FE1D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13898A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3450F7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B6E348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DE2B82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DC05D9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7D3D32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4597DAE" w14:textId="77777777" w:rsidR="00BF2833" w:rsidRDefault="00BF2833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8373A4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9C2925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87640B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B9DB69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C71F62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AFDEED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AC0ADC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CD7BF4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BD1D6A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C2529E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8C4425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C32579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2569D4A" w14:textId="77777777" w:rsidR="00BF2833" w:rsidRDefault="00BF2833"/>
              </w:tc>
            </w:tr>
            <w:tr w:rsidR="00BF2833" w14:paraId="6787D5C2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54FEF0F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692FD4D" w14:textId="77777777" w:rsidR="00BF2833" w:rsidRDefault="00BF2833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00C275A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D4E59E7" w14:textId="77777777" w:rsidR="00BF2833" w:rsidRDefault="00BF2833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1DB9ADC" w14:textId="77777777" w:rsidR="00BF2833" w:rsidRDefault="00BF2833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0D09648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D221003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ECD245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EF83B5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408ECE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575C05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15FF88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9CE651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E088AC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8C0DE52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A1DA417" w14:textId="77777777" w:rsidR="00BF2833" w:rsidRDefault="00BF2833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E2CD7F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9657E1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5A1FE2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2A0364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74EEAE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9977B9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36CFC2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711B1F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CE5361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059A0C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97A76A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A275FA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38E5CB7" w14:textId="77777777" w:rsidR="00BF2833" w:rsidRDefault="00BF2833"/>
              </w:tc>
            </w:tr>
            <w:tr w:rsidR="00BF2833" w14:paraId="6AF0C758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CC92D3D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CD96589" w14:textId="77777777" w:rsidR="00BF2833" w:rsidRDefault="00BF2833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B191396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C111AAA" w14:textId="77777777" w:rsidR="00BF2833" w:rsidRDefault="00BF2833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738B5F0" w14:textId="77777777" w:rsidR="00BF2833" w:rsidRDefault="00BF2833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5A88B48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DF433DA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C76253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B7E5B8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98B8012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7BD2DF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F987CF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7FF310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4099C5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FBF563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A5ABCE4" w14:textId="77777777" w:rsidR="00BF2833" w:rsidRDefault="00BF2833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60D52E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832BDE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DAC8AD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F57CD0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661345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A230E9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DF33D72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7893E0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71D062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F82EDA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CE4CCF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09794F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239B566" w14:textId="77777777" w:rsidR="00BF2833" w:rsidRDefault="00BF2833"/>
              </w:tc>
            </w:tr>
            <w:tr w:rsidR="00BF2833" w14:paraId="7F8893AE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B49BC40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6C78AAA" w14:textId="77777777" w:rsidR="00BF2833" w:rsidRDefault="00BF2833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01F6410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F4E9E84" w14:textId="77777777" w:rsidR="00BF2833" w:rsidRDefault="00BF2833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6240C96" w14:textId="77777777" w:rsidR="00BF2833" w:rsidRDefault="00BF2833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003C025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AEF0342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E5D078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1F7300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2FAF9F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153C4F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5B7B12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313662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A42D4B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0E77CA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BA6A68E" w14:textId="77777777" w:rsidR="00BF2833" w:rsidRDefault="00BF2833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35067C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EAA52E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73C1DD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850E55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27A412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72217C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1F750B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7E0360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F85713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D54966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119F3C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BAB2D9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101723F" w14:textId="77777777" w:rsidR="00BF2833" w:rsidRDefault="00BF2833"/>
              </w:tc>
            </w:tr>
            <w:tr w:rsidR="00BF2833" w14:paraId="20023E02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03B368B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AA84357" w14:textId="77777777" w:rsidR="00BF2833" w:rsidRDefault="00BF2833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42C606F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57C5785" w14:textId="77777777" w:rsidR="00BF2833" w:rsidRDefault="00BF2833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E3650F3" w14:textId="77777777" w:rsidR="00BF2833" w:rsidRDefault="00BF2833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4CC46A2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BBE6BD8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33C4A1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AF3EBC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AA87EA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D0F3B82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C6AD39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943973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10D6A5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AB505B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DA7FD70" w14:textId="77777777" w:rsidR="00BF2833" w:rsidRDefault="00BF2833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0B29CF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F3D4D9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DD6256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B656C7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CFF8DF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2F60A0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3ECA65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8B4FBC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22B6A9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6A4FB4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2486CC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F8282B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CDD473A" w14:textId="77777777" w:rsidR="00BF2833" w:rsidRDefault="00BF2833"/>
              </w:tc>
            </w:tr>
            <w:tr w:rsidR="00BF2833" w14:paraId="1F088C79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FA97420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2D8B77A" w14:textId="77777777" w:rsidR="00BF2833" w:rsidRDefault="00BF2833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F03CAF0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F8D50B3" w14:textId="77777777" w:rsidR="00BF2833" w:rsidRDefault="00BF2833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B5DB213" w14:textId="77777777" w:rsidR="00BF2833" w:rsidRDefault="00BF2833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48574F1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EE42D13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2A1FE7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BAC809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3CDD46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A5A726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AE46E9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872F95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DD41C5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D5086C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5506C12" w14:textId="77777777" w:rsidR="00BF2833" w:rsidRDefault="00BF2833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94EC34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DA68BB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94A5D7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4F09FB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E2BB7C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E36ED2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C355F3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6929D9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1B4972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81873B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D1BE93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2CE52C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04B2CF5" w14:textId="77777777" w:rsidR="00BF2833" w:rsidRDefault="00BF2833"/>
              </w:tc>
            </w:tr>
            <w:tr w:rsidR="00BF2833" w14:paraId="118CFB0D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F03712C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2198AAB" w14:textId="77777777" w:rsidR="00BF2833" w:rsidRDefault="00BF2833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8E961E4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C5D4245" w14:textId="77777777" w:rsidR="00BF2833" w:rsidRDefault="00BF2833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0C424C3" w14:textId="77777777" w:rsidR="00BF2833" w:rsidRDefault="00BF2833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FC3228F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C1199FF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A4DA182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F39B1D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3689F7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FBA2C3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43FE6B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283E4E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8F188F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520997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EAD32F1" w14:textId="77777777" w:rsidR="00BF2833" w:rsidRDefault="00BF2833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5881BE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1A3F472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9E5665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09523C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489636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5B73A6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148BFB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EF0773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A1A9D1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A08BF4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C9E539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0FAABF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BA4EFB6" w14:textId="77777777" w:rsidR="00BF2833" w:rsidRDefault="00BF2833"/>
              </w:tc>
            </w:tr>
            <w:tr w:rsidR="00BF2833" w14:paraId="48AB88A0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8478604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AED0652" w14:textId="77777777" w:rsidR="00BF2833" w:rsidRDefault="00BF2833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2183A79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688271F" w14:textId="77777777" w:rsidR="00BF2833" w:rsidRDefault="00BF2833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051B112" w14:textId="77777777" w:rsidR="00BF2833" w:rsidRDefault="00BF2833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902CD18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B82C51F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2D100F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71EE13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6B3D56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C0DAA2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34571A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A27266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AF949D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892595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17ABDE4" w14:textId="77777777" w:rsidR="00BF2833" w:rsidRDefault="00BF2833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CD3B8C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163B7B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98C3ED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452FFD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F2DB71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7D6D5D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7D647B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289EA3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FEACBF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D9FC55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562185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F4D4A0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31DC8C2" w14:textId="77777777" w:rsidR="00BF2833" w:rsidRDefault="00BF2833"/>
              </w:tc>
            </w:tr>
            <w:tr w:rsidR="00BF2833" w14:paraId="369A348E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B6CEFB2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D348437" w14:textId="77777777" w:rsidR="00BF2833" w:rsidRDefault="00BF2833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2C0F1E6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F0CB5B5" w14:textId="77777777" w:rsidR="00BF2833" w:rsidRDefault="00BF2833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5A3C096" w14:textId="77777777" w:rsidR="00BF2833" w:rsidRDefault="00BF2833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620378C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CFFD5C5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DB8AD3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0DA488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11E82A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A87C97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648B0E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DB82DB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DBEB97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8DE115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A4B8A19" w14:textId="77777777" w:rsidR="00BF2833" w:rsidRDefault="00BF2833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EFDBEF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793FA6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2FAE24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DC72D2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D1C4B4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1816E7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D7691A2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8BDD09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4F8EBE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C7FDB9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017BFF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A2C429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F038F38" w14:textId="77777777" w:rsidR="00BF2833" w:rsidRDefault="00BF2833"/>
              </w:tc>
            </w:tr>
            <w:tr w:rsidR="00BF2833" w14:paraId="649BB352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A10B6C2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E3FFA5B" w14:textId="77777777" w:rsidR="00BF2833" w:rsidRDefault="00BF2833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77452A5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49358C3" w14:textId="77777777" w:rsidR="00BF2833" w:rsidRDefault="00BF2833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3C0FBFE" w14:textId="77777777" w:rsidR="00BF2833" w:rsidRDefault="00BF2833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D90203B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D3152EB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846F94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5D5246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CE3666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ADD54F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8115AC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CD35B7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3694E7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9F3B10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4DA2651" w14:textId="77777777" w:rsidR="00BF2833" w:rsidRDefault="00BF2833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FFCB8A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D45E17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CE6C46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C08A1A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22DF9B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8D1422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EE3FB9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B37680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79FD4A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9ACDB6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76A2A7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EEB7FC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B91D4C1" w14:textId="77777777" w:rsidR="00BF2833" w:rsidRDefault="00BF2833"/>
              </w:tc>
            </w:tr>
            <w:tr w:rsidR="00BF2833" w14:paraId="23559864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6EF1F07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E8641F6" w14:textId="77777777" w:rsidR="00BF2833" w:rsidRDefault="00BF2833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F9D3BDA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E0E10F4" w14:textId="77777777" w:rsidR="00BF2833" w:rsidRDefault="00BF2833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CAD5D18" w14:textId="77777777" w:rsidR="00BF2833" w:rsidRDefault="00BF2833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1D956AF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9DF3FE2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4A27F7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8FFF0B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DC1534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CA56FC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1BD6DE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B2EC7B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CB1385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5CB0832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9062E8C" w14:textId="77777777" w:rsidR="00BF2833" w:rsidRDefault="00BF2833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D34762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0A62A2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1AB446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26AF18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BC1183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9CB598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9355F7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F9B20A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D40A62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431CBF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56B120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7A093E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657DA10" w14:textId="77777777" w:rsidR="00BF2833" w:rsidRDefault="00BF2833"/>
              </w:tc>
            </w:tr>
            <w:tr w:rsidR="00BF2833" w14:paraId="03D2C8B4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A8B24FB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7166DE0" w14:textId="77777777" w:rsidR="00BF2833" w:rsidRDefault="00BF2833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2820928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1A63B1E" w14:textId="77777777" w:rsidR="00BF2833" w:rsidRDefault="00BF2833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136C3D7" w14:textId="77777777" w:rsidR="00BF2833" w:rsidRDefault="00BF2833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D03F60F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C0366F4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9917FC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DDEABD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27213D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D7011A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F62C2E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ADC2CC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BAF8B3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87D8A0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325642C" w14:textId="77777777" w:rsidR="00BF2833" w:rsidRDefault="00BF2833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C80AAD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F272FE2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D64BDE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CD627B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EBED81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A75F71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A957232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24AA22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43BC90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49AD12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255A77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B058CB2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EF338B1" w14:textId="77777777" w:rsidR="00BF2833" w:rsidRDefault="00BF2833"/>
              </w:tc>
            </w:tr>
            <w:tr w:rsidR="00BF2833" w14:paraId="65C1C623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445FE6B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C3E324C" w14:textId="77777777" w:rsidR="00BF2833" w:rsidRDefault="00BF2833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91C8F3D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7AFD3ED" w14:textId="77777777" w:rsidR="00BF2833" w:rsidRDefault="00BF2833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F6210DA" w14:textId="77777777" w:rsidR="00BF2833" w:rsidRDefault="00BF2833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02D484C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43B61ED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528A48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33CAA4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95E555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2FBDC3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33D22D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B6F918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22E39E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26F978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E13E1C3" w14:textId="77777777" w:rsidR="00BF2833" w:rsidRDefault="00BF2833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BC8F4F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76B978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5A1EFE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07DA8D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FC423B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29AFFD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F56C01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E130C8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BD4FC1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4D82F7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4A2912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BA818C2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ACA80F4" w14:textId="77777777" w:rsidR="00BF2833" w:rsidRDefault="00BF2833"/>
              </w:tc>
            </w:tr>
            <w:tr w:rsidR="00BF2833" w14:paraId="1730D78A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5DAB40D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23A282B" w14:textId="77777777" w:rsidR="00BF2833" w:rsidRDefault="00BF2833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C23E478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800AA55" w14:textId="77777777" w:rsidR="00BF2833" w:rsidRDefault="00BF2833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C935771" w14:textId="77777777" w:rsidR="00BF2833" w:rsidRDefault="00BF2833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B8E7EB7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4A00534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9F463B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FA377A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D31C5E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9836F9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25CC0C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B5D8DA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F10324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B66D73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35C377E" w14:textId="77777777" w:rsidR="00BF2833" w:rsidRDefault="00BF2833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3C9D20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08B8772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3D81AF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49088C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7DBC92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5BFCFA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A8D28C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461693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80EAC3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5F275C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19E2AE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BE12D0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888123E" w14:textId="77777777" w:rsidR="00BF2833" w:rsidRDefault="00BF2833"/>
              </w:tc>
            </w:tr>
            <w:tr w:rsidR="00BF2833" w14:paraId="15933809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DF52A93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16F3D77" w14:textId="77777777" w:rsidR="00BF2833" w:rsidRDefault="00BF2833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395E601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8A5A429" w14:textId="77777777" w:rsidR="00BF2833" w:rsidRDefault="00BF2833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5976CAB" w14:textId="77777777" w:rsidR="00BF2833" w:rsidRDefault="00BF2833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D30C9AB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3B56E07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24AD24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B715EB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74C189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D57CE2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C8C15E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530AB5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72AD8F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1D24ED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C26DF5A" w14:textId="77777777" w:rsidR="00BF2833" w:rsidRDefault="00BF2833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A534C5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8A4C53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42E31A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B34DF9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672759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016754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89EFB7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620EA2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7C4BCF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191B91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E76F9D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55B1C9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365DB1A" w14:textId="77777777" w:rsidR="00BF2833" w:rsidRDefault="00BF2833"/>
              </w:tc>
            </w:tr>
            <w:tr w:rsidR="00BF2833" w14:paraId="6AA9C318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FE4C19B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5E40C23" w14:textId="77777777" w:rsidR="00BF2833" w:rsidRDefault="00BF2833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8B2505D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BC1DBB9" w14:textId="77777777" w:rsidR="00BF2833" w:rsidRDefault="00BF2833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7171D2D" w14:textId="77777777" w:rsidR="00BF2833" w:rsidRDefault="00BF2833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CC72070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E344167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5BDE8A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1933F8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8F84D3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8B6516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55CC46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2E6F51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15629A2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1880C5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B4EFD76" w14:textId="77777777" w:rsidR="00BF2833" w:rsidRDefault="00BF2833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05E821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4B2824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F3BCAC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3DF4C5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87FD4A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B0F10D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C051AA2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ADBAA9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82C58D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85A19B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39925A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547070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0E6A08B" w14:textId="77777777" w:rsidR="00BF2833" w:rsidRDefault="00BF2833"/>
              </w:tc>
            </w:tr>
            <w:tr w:rsidR="00BF2833" w14:paraId="75B4779C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7A8C179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012F1E9" w14:textId="77777777" w:rsidR="00BF2833" w:rsidRDefault="00BF2833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1D73EE7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994F3CB" w14:textId="77777777" w:rsidR="00BF2833" w:rsidRDefault="00BF2833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2597E59" w14:textId="77777777" w:rsidR="00BF2833" w:rsidRDefault="00BF2833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E5100BC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496156D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CC0A40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560970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58F9BA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153058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908A852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C2E312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321479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EC44732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AEC0CC1" w14:textId="77777777" w:rsidR="00BF2833" w:rsidRDefault="00BF2833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CB1F57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221EC2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A6CA66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5386CF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0BA599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80BBF5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5B90D9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74BBD5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FAB77C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01E66C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959D28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5EF91D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2BBB251" w14:textId="77777777" w:rsidR="00BF2833" w:rsidRDefault="00BF2833"/>
              </w:tc>
            </w:tr>
            <w:tr w:rsidR="00BF2833" w14:paraId="4F7A4408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8436520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C8B4E72" w14:textId="77777777" w:rsidR="00BF2833" w:rsidRDefault="00BF2833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74D52BD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C6C0902" w14:textId="77777777" w:rsidR="00BF2833" w:rsidRDefault="00BF2833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7A25E3A" w14:textId="77777777" w:rsidR="00BF2833" w:rsidRDefault="00BF2833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B05C25F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6FE6E30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9D5D95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BFFB76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C2B80E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BFCBDE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A0E831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9C6DA7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CB82FB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10C796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69ADF34" w14:textId="77777777" w:rsidR="00BF2833" w:rsidRDefault="00BF2833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E71A5D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8F4A5D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C8AF68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A1FA50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B0BDD0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12B58BF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6F84CE2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EAA6E7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B5CB40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E745B5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0E12C2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9672D8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6499232" w14:textId="77777777" w:rsidR="00BF2833" w:rsidRDefault="00BF2833"/>
              </w:tc>
            </w:tr>
            <w:tr w:rsidR="00BF2833" w14:paraId="65B7EAC4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9541EBD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B2C0263" w14:textId="77777777" w:rsidR="00BF2833" w:rsidRDefault="00BF2833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26485FB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574A4F5" w14:textId="77777777" w:rsidR="00BF2833" w:rsidRDefault="00BF2833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6E91C60" w14:textId="77777777" w:rsidR="00BF2833" w:rsidRDefault="00BF2833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7F272C1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B2934D3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6DC4CE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C7F3A58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7EE288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6964FE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F8386D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3D7C11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718506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AD225B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AFE89B7" w14:textId="77777777" w:rsidR="00BF2833" w:rsidRDefault="00BF2833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1F62B5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BE8836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205595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2401E9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0E1659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203EFB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C0FCB0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4EC579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69E9CF8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9CADE9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6CAD07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DACAEF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4C00620" w14:textId="77777777" w:rsidR="00BF2833" w:rsidRDefault="00BF2833"/>
              </w:tc>
            </w:tr>
            <w:tr w:rsidR="00BF2833" w14:paraId="306F0E22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157B70D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D16708C" w14:textId="77777777" w:rsidR="00BF2833" w:rsidRDefault="00BF2833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0E88A64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4120EDF" w14:textId="77777777" w:rsidR="00BF2833" w:rsidRDefault="00BF2833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3D15441" w14:textId="77777777" w:rsidR="00BF2833" w:rsidRDefault="00BF2833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09A3A3F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7B96DA8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FB0C01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AC6081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A3092F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4824A2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5634D6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D9E1C3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5AD977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F9790A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149474E4" w14:textId="77777777" w:rsidR="00BF2833" w:rsidRDefault="00BF2833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E5500B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E09DEB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BB2426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0AAA2D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D36E7A1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E60E22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5D1DE9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F56406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AF22DCC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37D3DEA6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61163B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742C36E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F4335AD" w14:textId="77777777" w:rsidR="00BF2833" w:rsidRDefault="00BF2833"/>
              </w:tc>
            </w:tr>
            <w:tr w:rsidR="00BF2833" w14:paraId="0FA05DD3" w14:textId="77777777" w:rsidTr="00BF2833">
              <w:trPr>
                <w:trHeight w:hRule="exact" w:val="220"/>
              </w:trPr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4331089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60E32A8" w14:textId="77777777" w:rsidR="00BF2833" w:rsidRDefault="00BF2833"/>
              </w:tc>
              <w:tc>
                <w:tcPr>
                  <w:tcW w:w="234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9BA3D89" w14:textId="77777777" w:rsidR="00BF2833" w:rsidRDefault="00BF2833"/>
              </w:tc>
              <w:tc>
                <w:tcPr>
                  <w:tcW w:w="235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8D776D3" w14:textId="77777777" w:rsidR="00BF2833" w:rsidRDefault="00BF2833"/>
              </w:tc>
              <w:tc>
                <w:tcPr>
                  <w:tcW w:w="237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2CF6767D" w14:textId="77777777" w:rsidR="00BF2833" w:rsidRDefault="00BF2833"/>
              </w:tc>
              <w:tc>
                <w:tcPr>
                  <w:tcW w:w="232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62C5A3A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E8E1B1D" w14:textId="77777777" w:rsidR="00BF2833" w:rsidRDefault="00BF2833"/>
              </w:tc>
              <w:tc>
                <w:tcPr>
                  <w:tcW w:w="240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CB322A4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5F44D83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F270892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4780C66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3247E63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B567C9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0FF61C00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6F9CE47E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  <w:tcMar>
                    <w:top w:w="8" w:type="dxa"/>
                    <w:left w:w="8" w:type="dxa"/>
                    <w:bottom w:w="8" w:type="dxa"/>
                    <w:right w:w="8" w:type="dxa"/>
                  </w:tcMar>
                </w:tcPr>
                <w:p w14:paraId="70F6B453" w14:textId="77777777" w:rsidR="00BF2833" w:rsidRDefault="00BF2833"/>
              </w:tc>
              <w:tc>
                <w:tcPr>
                  <w:tcW w:w="241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4370CC6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95EC68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3F27EC9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8F6ADC7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A756D1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5E6848A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77767AB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5AD0D42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868A003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00CF4885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B1DB6FD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2E01C2E2" w14:textId="77777777" w:rsidR="00BF2833" w:rsidRDefault="00BF2833"/>
              </w:tc>
              <w:tc>
                <w:tcPr>
                  <w:tcW w:w="236" w:type="dxa"/>
                  <w:tcBorders>
                    <w:top w:val="single" w:sz="4" w:space="0" w:color="D9D9D9" w:themeColor="background1" w:themeShade="D9"/>
                    <w:left w:val="single" w:sz="4" w:space="0" w:color="D9D9D9" w:themeColor="background1" w:themeShade="D9"/>
                    <w:bottom w:val="single" w:sz="4" w:space="0" w:color="D9D9D9" w:themeColor="background1" w:themeShade="D9"/>
                    <w:right w:val="single" w:sz="4" w:space="0" w:color="D9D9D9" w:themeColor="background1" w:themeShade="D9"/>
                  </w:tcBorders>
                </w:tcPr>
                <w:p w14:paraId="149E1535" w14:textId="77777777" w:rsidR="00BF2833" w:rsidRDefault="00BF2833"/>
              </w:tc>
            </w:tr>
          </w:tbl>
          <w:p w14:paraId="49893216" w14:textId="77777777" w:rsidR="007363EC" w:rsidRDefault="007363EC"/>
        </w:tc>
      </w:tr>
    </w:tbl>
    <w:p w14:paraId="18AD52B9" w14:textId="77777777" w:rsidR="00BF2833" w:rsidRPr="00BF2833" w:rsidRDefault="00BF2833" w:rsidP="00BF2833"/>
    <w:sectPr w:rsidR="00BF2833" w:rsidRPr="00BF2833" w:rsidSect="009B7268">
      <w:headerReference w:type="default" r:id="rId9"/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8C322" w14:textId="77777777" w:rsidR="00F97541" w:rsidRDefault="00F97541">
      <w:r>
        <w:separator/>
      </w:r>
    </w:p>
  </w:endnote>
  <w:endnote w:type="continuationSeparator" w:id="0">
    <w:p w14:paraId="60BCEC55" w14:textId="77777777" w:rsidR="00F97541" w:rsidRDefault="00F97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04"/>
      <w:gridCol w:w="3601"/>
      <w:gridCol w:w="3595"/>
    </w:tblGrid>
    <w:tr w:rsidR="00BF2833" w14:paraId="56097C4A" w14:textId="77777777" w:rsidTr="00BF2833">
      <w:tc>
        <w:tcPr>
          <w:tcW w:w="3672" w:type="dxa"/>
        </w:tcPr>
        <w:p w14:paraId="4D7AFCF2" w14:textId="73AB00B7" w:rsidR="00BF2833" w:rsidRDefault="00BF2833">
          <w:pPr>
            <w:pStyle w:val="Footer"/>
            <w:jc w:val="center"/>
            <w:rPr>
              <w:sz w:val="18"/>
            </w:rPr>
          </w:pPr>
          <w:r>
            <w:rPr>
              <w:sz w:val="18"/>
            </w:rPr>
            <w:t>Messier Observing Program</w:t>
          </w:r>
        </w:p>
      </w:tc>
      <w:tc>
        <w:tcPr>
          <w:tcW w:w="3672" w:type="dxa"/>
        </w:tcPr>
        <w:p w14:paraId="0246ADF4" w14:textId="046EB0AF" w:rsidR="00BF2833" w:rsidRDefault="00BF2833">
          <w:pPr>
            <w:pStyle w:val="Footer"/>
            <w:jc w:val="center"/>
            <w:rPr>
              <w:sz w:val="18"/>
            </w:rPr>
          </w:pPr>
          <w:r>
            <w:rPr>
              <w:sz w:val="18"/>
            </w:rPr>
            <w:t>Jeremy Mitchell</w:t>
          </w:r>
        </w:p>
      </w:tc>
      <w:tc>
        <w:tcPr>
          <w:tcW w:w="3672" w:type="dxa"/>
        </w:tcPr>
        <w:p w14:paraId="6C8C1B8A" w14:textId="2E6D0D52" w:rsidR="00BF2833" w:rsidRDefault="00BF2833">
          <w:pPr>
            <w:pStyle w:val="Footer"/>
            <w:jc w:val="center"/>
            <w:rPr>
              <w:sz w:val="18"/>
            </w:rPr>
          </w:pPr>
          <w:r>
            <w:rPr>
              <w:sz w:val="18"/>
            </w:rPr>
            <w:t xml:space="preserve">Page </w:t>
          </w:r>
          <w:r w:rsidRPr="00BF2833">
            <w:rPr>
              <w:sz w:val="18"/>
            </w:rPr>
            <w:fldChar w:fldCharType="begin"/>
          </w:r>
          <w:r w:rsidRPr="00BF2833">
            <w:rPr>
              <w:sz w:val="18"/>
            </w:rPr>
            <w:instrText xml:space="preserve"> PAGE   \* MERGEFORMAT </w:instrText>
          </w:r>
          <w:r w:rsidRPr="00BF2833">
            <w:rPr>
              <w:sz w:val="18"/>
            </w:rPr>
            <w:fldChar w:fldCharType="separate"/>
          </w:r>
          <w:r w:rsidRPr="00BF2833">
            <w:rPr>
              <w:noProof/>
              <w:sz w:val="18"/>
            </w:rPr>
            <w:t>1</w:t>
          </w:r>
          <w:r w:rsidRPr="00BF2833">
            <w:rPr>
              <w:noProof/>
              <w:sz w:val="18"/>
            </w:rPr>
            <w:fldChar w:fldCharType="end"/>
          </w:r>
          <w:r>
            <w:rPr>
              <w:sz w:val="18"/>
            </w:rPr>
            <w:t xml:space="preserve"> </w:t>
          </w:r>
        </w:p>
      </w:tc>
    </w:tr>
  </w:tbl>
  <w:p w14:paraId="4E05A653" w14:textId="28A4CBB2" w:rsidR="007363EC" w:rsidRDefault="007363EC" w:rsidP="00BF28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F6C47" w14:textId="77777777" w:rsidR="00F97541" w:rsidRDefault="00F97541">
      <w:r>
        <w:separator/>
      </w:r>
    </w:p>
  </w:footnote>
  <w:footnote w:type="continuationSeparator" w:id="0">
    <w:p w14:paraId="33681042" w14:textId="77777777" w:rsidR="00F97541" w:rsidRDefault="00F975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8513082"/>
      <w:docPartObj>
        <w:docPartGallery w:val="Page Numbers (Top of Page)"/>
        <w:docPartUnique/>
      </w:docPartObj>
    </w:sdtPr>
    <w:sdtEndPr>
      <w:rPr>
        <w:b/>
        <w:bCs/>
        <w:noProof/>
        <w:sz w:val="28"/>
        <w:szCs w:val="32"/>
      </w:rPr>
    </w:sdtEndPr>
    <w:sdtContent>
      <w:p w14:paraId="39822749" w14:textId="7881053F" w:rsidR="00BF2833" w:rsidRPr="00BF2833" w:rsidRDefault="00BF2833" w:rsidP="00BF2833">
        <w:pPr>
          <w:pStyle w:val="Header"/>
          <w:jc w:val="center"/>
          <w:rPr>
            <w:b/>
            <w:bCs/>
            <w:sz w:val="28"/>
            <w:szCs w:val="32"/>
          </w:rPr>
        </w:pPr>
        <w:r w:rsidRPr="00BF2833">
          <w:rPr>
            <w:b/>
            <w:bCs/>
            <w:sz w:val="28"/>
            <w:szCs w:val="32"/>
          </w:rPr>
          <w:t>Observing Log</w:t>
        </w:r>
      </w:p>
    </w:sdtContent>
  </w:sdt>
  <w:p w14:paraId="7064E64F" w14:textId="77777777" w:rsidR="00BF2833" w:rsidRDefault="00BF28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6386360">
    <w:abstractNumId w:val="8"/>
  </w:num>
  <w:num w:numId="2" w16cid:durableId="1263881202">
    <w:abstractNumId w:val="6"/>
  </w:num>
  <w:num w:numId="3" w16cid:durableId="1562253736">
    <w:abstractNumId w:val="5"/>
  </w:num>
  <w:num w:numId="4" w16cid:durableId="68968492">
    <w:abstractNumId w:val="4"/>
  </w:num>
  <w:num w:numId="5" w16cid:durableId="1419018004">
    <w:abstractNumId w:val="7"/>
  </w:num>
  <w:num w:numId="6" w16cid:durableId="542906415">
    <w:abstractNumId w:val="3"/>
  </w:num>
  <w:num w:numId="7" w16cid:durableId="487018351">
    <w:abstractNumId w:val="2"/>
  </w:num>
  <w:num w:numId="8" w16cid:durableId="189609193">
    <w:abstractNumId w:val="1"/>
  </w:num>
  <w:num w:numId="9" w16cid:durableId="569468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20C1C"/>
    <w:rsid w:val="0029639D"/>
    <w:rsid w:val="002A51B1"/>
    <w:rsid w:val="00326F90"/>
    <w:rsid w:val="00533D90"/>
    <w:rsid w:val="00573846"/>
    <w:rsid w:val="007363EC"/>
    <w:rsid w:val="00781236"/>
    <w:rsid w:val="009B7268"/>
    <w:rsid w:val="00AA1D8D"/>
    <w:rsid w:val="00B47730"/>
    <w:rsid w:val="00BF2833"/>
    <w:rsid w:val="00CB0664"/>
    <w:rsid w:val="00F8420C"/>
    <w:rsid w:val="00F9754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4DF2481"/>
  <w14:defaultImageDpi w14:val="300"/>
  <w15:docId w15:val="{71751A44-12AE-400E-970A-FD03F424E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Jeremy Mitchell</cp:lastModifiedBy>
  <cp:revision>5</cp:revision>
  <cp:lastPrinted>2026-02-17T18:45:00Z</cp:lastPrinted>
  <dcterms:created xsi:type="dcterms:W3CDTF">2026-02-17T18:24:00Z</dcterms:created>
  <dcterms:modified xsi:type="dcterms:W3CDTF">2026-02-17T18:46:00Z</dcterms:modified>
  <cp:category/>
</cp:coreProperties>
</file>